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205BB" w14:textId="731D6011" w:rsidR="001C6121" w:rsidRPr="00AA7AC8" w:rsidRDefault="00975D18">
      <w:pPr>
        <w:keepNext/>
        <w:spacing w:after="20"/>
        <w:jc w:val="center"/>
        <w:rPr>
          <w:sz w:val="16"/>
          <w:szCs w:val="20"/>
        </w:rPr>
      </w:pPr>
      <w:r w:rsidRPr="00AA7AC8">
        <w:rPr>
          <w:rFonts w:ascii="Aptos Display" w:hAnsi="Aptos Display"/>
          <w:b/>
          <w:color w:val="0B1026"/>
          <w:sz w:val="28"/>
          <w:szCs w:val="20"/>
        </w:rPr>
        <w:t>CRAFTY VETERAN DESIGNS</w:t>
      </w:r>
    </w:p>
    <w:p w14:paraId="60D2CEBE" w14:textId="77777777" w:rsidR="001C6121" w:rsidRDefault="00975D18">
      <w:pPr>
        <w:keepNext/>
        <w:spacing w:after="140"/>
        <w:jc w:val="center"/>
      </w:pPr>
      <w:r>
        <w:rPr>
          <w:color w:val="E0528A"/>
        </w:rPr>
        <w:t xml:space="preserve">Veteran </w:t>
      </w:r>
      <w:proofErr w:type="gramStart"/>
      <w:r>
        <w:rPr>
          <w:color w:val="E0528A"/>
        </w:rPr>
        <w:t>Owned  •</w:t>
      </w:r>
      <w:proofErr w:type="gramEnd"/>
      <w:r>
        <w:rPr>
          <w:color w:val="E0528A"/>
        </w:rPr>
        <w:t xml:space="preserve">  Boldly </w:t>
      </w:r>
      <w:proofErr w:type="gramStart"/>
      <w:r>
        <w:rPr>
          <w:color w:val="E0528A"/>
        </w:rPr>
        <w:t>Crafted  •</w:t>
      </w:r>
      <w:proofErr w:type="gramEnd"/>
      <w:r>
        <w:rPr>
          <w:color w:val="E0528A"/>
        </w:rPr>
        <w:t xml:space="preserve">  Uniquely Yours</w:t>
      </w:r>
    </w:p>
    <w:p w14:paraId="125239F3" w14:textId="77777777" w:rsidR="001C6121" w:rsidRPr="00AA7AC8" w:rsidRDefault="00975D18">
      <w:pPr>
        <w:keepNext/>
        <w:spacing w:after="60"/>
        <w:jc w:val="center"/>
        <w:rPr>
          <w:sz w:val="10"/>
          <w:szCs w:val="14"/>
        </w:rPr>
      </w:pPr>
      <w:r w:rsidRPr="00AA7AC8">
        <w:rPr>
          <w:rFonts w:ascii="Aptos Display" w:hAnsi="Aptos Display"/>
          <w:b/>
          <w:color w:val="0B1026"/>
          <w:sz w:val="28"/>
          <w:szCs w:val="14"/>
        </w:rPr>
        <w:t>RESELLER PRICE GUIDE - DRINKWARE</w:t>
      </w:r>
    </w:p>
    <w:p w14:paraId="7785DA78" w14:textId="77777777" w:rsidR="001C6121" w:rsidRPr="00F93E70" w:rsidRDefault="00975D18">
      <w:pPr>
        <w:keepNext/>
        <w:spacing w:after="140"/>
        <w:jc w:val="center"/>
        <w:rPr>
          <w:sz w:val="16"/>
          <w:szCs w:val="16"/>
        </w:rPr>
      </w:pPr>
      <w:r w:rsidRPr="00F93E70">
        <w:rPr>
          <w:color w:val="4B5563"/>
          <w:sz w:val="16"/>
          <w:szCs w:val="16"/>
        </w:rPr>
        <w:t>Finished sublimation products purchased for resale. Tiers are based on quantity of the same product style.</w:t>
      </w:r>
    </w:p>
    <w:tbl>
      <w:tblPr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3844"/>
        <w:gridCol w:w="1043"/>
        <w:gridCol w:w="1043"/>
        <w:gridCol w:w="1043"/>
        <w:gridCol w:w="1043"/>
        <w:gridCol w:w="1043"/>
        <w:gridCol w:w="1813"/>
      </w:tblGrid>
      <w:tr w:rsidR="001C6121" w:rsidRPr="00482612" w14:paraId="5BD31E39" w14:textId="77777777">
        <w:trPr>
          <w:cantSplit/>
          <w:jc w:val="center"/>
        </w:trPr>
        <w:tc>
          <w:tcPr>
            <w:tcW w:w="10796" w:type="dxa"/>
            <w:gridSpan w:val="7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0B1026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973DB05" w14:textId="77777777" w:rsidR="00530513" w:rsidRPr="00482612" w:rsidRDefault="00975D18">
            <w:pPr>
              <w:spacing w:line="240" w:lineRule="auto"/>
              <w:jc w:val="center"/>
              <w:rPr>
                <w:sz w:val="18"/>
              </w:rPr>
            </w:pPr>
            <w:r w:rsidRPr="00482612">
              <w:rPr>
                <w:b/>
                <w:color w:val="FFFFFF"/>
                <w:sz w:val="18"/>
              </w:rPr>
              <w:t>DRINKWARE RESELLER TIERS</w:t>
            </w:r>
          </w:p>
        </w:tc>
      </w:tr>
      <w:tr w:rsidR="001C6121" w:rsidRPr="00482612" w14:paraId="6E73532A" w14:textId="77777777">
        <w:trPr>
          <w:cantSplit/>
          <w:tblHeader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CA62E4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b/>
                <w:color w:val="1F2937"/>
                <w:sz w:val="16"/>
                <w:szCs w:val="16"/>
              </w:rPr>
              <w:t>Item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E4A1D02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b/>
                <w:color w:val="1F2937"/>
                <w:sz w:val="16"/>
                <w:szCs w:val="16"/>
              </w:rPr>
              <w:t>CVD Retail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C4786A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b/>
                <w:color w:val="1F2937"/>
                <w:sz w:val="16"/>
                <w:szCs w:val="16"/>
              </w:rPr>
              <w:t>3-5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F05A5F5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b/>
                <w:color w:val="1F2937"/>
                <w:sz w:val="16"/>
                <w:szCs w:val="16"/>
              </w:rPr>
              <w:t>6-14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6BC9A6B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b/>
                <w:color w:val="1F2937"/>
                <w:sz w:val="16"/>
                <w:szCs w:val="16"/>
              </w:rPr>
              <w:t>15-24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C7CE2CC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b/>
                <w:color w:val="1F2937"/>
                <w:sz w:val="16"/>
                <w:szCs w:val="16"/>
              </w:rPr>
              <w:t>25+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E15837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b/>
                <w:color w:val="1F2937"/>
                <w:sz w:val="16"/>
                <w:szCs w:val="16"/>
              </w:rPr>
              <w:t>Suggested Resale</w:t>
            </w:r>
          </w:p>
        </w:tc>
      </w:tr>
      <w:tr w:rsidR="001C6121" w:rsidRPr="00482612" w14:paraId="3371D363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A61B137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20 oz Tumbler - All Base Styles*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0D8795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BB43A87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$16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C3615C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1EF1B44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CF59F3F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$13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5EB1FC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$22-$25</w:t>
            </w:r>
          </w:p>
        </w:tc>
      </w:tr>
      <w:tr w:rsidR="001C6121" w:rsidRPr="00482612" w14:paraId="440399FD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82F4214" w14:textId="75118AF1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 xml:space="preserve">24 oz </w:t>
            </w:r>
            <w:proofErr w:type="spellStart"/>
            <w:r w:rsidRPr="005409A4">
              <w:rPr>
                <w:color w:val="1F2937"/>
                <w:sz w:val="16"/>
                <w:szCs w:val="16"/>
              </w:rPr>
              <w:t>Owala</w:t>
            </w:r>
            <w:proofErr w:type="spellEnd"/>
            <w:r w:rsidRPr="005409A4">
              <w:rPr>
                <w:color w:val="1F2937"/>
                <w:sz w:val="16"/>
                <w:szCs w:val="16"/>
              </w:rPr>
              <w:t>-Style Tumbler</w:t>
            </w:r>
            <w:r w:rsidR="00261D05" w:rsidRPr="005409A4">
              <w:rPr>
                <w:color w:val="1F2937"/>
                <w:sz w:val="16"/>
                <w:szCs w:val="16"/>
              </w:rPr>
              <w:t>*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806CDDC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8144D8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DEF47B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$19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F9F8503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$18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5BE80C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$17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85F5771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$28-$32</w:t>
            </w:r>
          </w:p>
        </w:tc>
      </w:tr>
      <w:tr w:rsidR="001C6121" w:rsidRPr="00482612" w14:paraId="6ED89D28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CAA5B46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30 oz Tumbler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E7C625F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$30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4D6BD77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D2F47E3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9E5982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$23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80AA4A0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$22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B5A5827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$34-$38</w:t>
            </w:r>
          </w:p>
        </w:tc>
      </w:tr>
      <w:tr w:rsidR="001C6121" w:rsidRPr="00482612" w14:paraId="66CD2334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3F4BBB1" w14:textId="1F336D84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40 oz Tumbler</w:t>
            </w:r>
            <w:r w:rsidR="00E30F55" w:rsidRPr="005409A4">
              <w:rPr>
                <w:color w:val="1F2937"/>
                <w:sz w:val="16"/>
                <w:szCs w:val="16"/>
              </w:rPr>
              <w:t xml:space="preserve"> </w:t>
            </w:r>
            <w:proofErr w:type="gramStart"/>
            <w:r w:rsidR="00E30F55" w:rsidRPr="005409A4">
              <w:rPr>
                <w:color w:val="1F2937"/>
                <w:sz w:val="16"/>
                <w:szCs w:val="16"/>
              </w:rPr>
              <w:t>With</w:t>
            </w:r>
            <w:proofErr w:type="gramEnd"/>
            <w:r w:rsidR="00E30F55" w:rsidRPr="005409A4">
              <w:rPr>
                <w:color w:val="1F2937"/>
                <w:sz w:val="16"/>
                <w:szCs w:val="16"/>
              </w:rPr>
              <w:t xml:space="preserve"> Handle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ED141E0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$40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CD920A4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$30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0C60D7E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$27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900736B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1587EC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$23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B0466E4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$45-$50</w:t>
            </w:r>
          </w:p>
        </w:tc>
      </w:tr>
      <w:tr w:rsidR="001C6121" w:rsidRPr="00482612" w14:paraId="709C915C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2EC2780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Bullet Tumbler 32 oz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8B417E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$32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006519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$27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D75B333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$26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7688A17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08650AC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$24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BD1B8C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$36-$40</w:t>
            </w:r>
          </w:p>
        </w:tc>
      </w:tr>
      <w:tr w:rsidR="001C6121" w:rsidRPr="00482612" w14:paraId="04B68028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7AB0336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Can Tumbler 17 oz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6A702B1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$17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01EEC22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D55B82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$13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C86AE45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$12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5D881CF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$11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DF895AC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$20-$23</w:t>
            </w:r>
          </w:p>
        </w:tc>
      </w:tr>
      <w:tr w:rsidR="001C6121" w:rsidRPr="00482612" w14:paraId="2C28CD93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492DF86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16 oz Libby Can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195CAB5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$16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A8E4FF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$13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09F1BF0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$12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2FF922B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$11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1973623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$10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104D79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$18-$22</w:t>
            </w:r>
          </w:p>
        </w:tc>
      </w:tr>
      <w:tr w:rsidR="001C6121" w:rsidRPr="00482612" w14:paraId="49EF05DE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1CFDE3A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Metal Koozie or 15 oz Mug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E8D222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763E5CB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$8.50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E737C5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$8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F768035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$7.50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021404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$7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6ACBC03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$12-$15</w:t>
            </w:r>
          </w:p>
        </w:tc>
      </w:tr>
      <w:tr w:rsidR="001C6121" w:rsidRPr="00482612" w14:paraId="409C2442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BB5AA9C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Pint Cup 16 oz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35F159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$16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1CCF41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$13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EBCD7D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$12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DB149D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$11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56B9FAB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$10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CD92AA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$18-$22</w:t>
            </w:r>
          </w:p>
        </w:tc>
      </w:tr>
      <w:tr w:rsidR="001C6121" w:rsidRPr="00482612" w14:paraId="2C648153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2471A99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Mini Tumbler 12 oz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CD41AB3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$12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0112AEF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DA8C780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$9.50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EFA4794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$9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298C43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$8.50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9AC6ECF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$14-$17</w:t>
            </w:r>
          </w:p>
        </w:tc>
      </w:tr>
      <w:tr w:rsidR="001C6121" w:rsidRPr="00482612" w14:paraId="319DAF2D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723EC91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Sports Bottle 20 oz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83749B2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C13156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$16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3289477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6D46BB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E3597E3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$13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910A6B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$22-$25</w:t>
            </w:r>
          </w:p>
        </w:tc>
      </w:tr>
      <w:tr w:rsidR="001C6121" w:rsidRPr="00482612" w14:paraId="7E4E143C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ED8D714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Milk Sport Bottle 17 oz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FC00C3C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$17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5A217E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67C35B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$13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6266350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$12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9BCAAC3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$11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5EFC53E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$20-$23</w:t>
            </w:r>
          </w:p>
        </w:tc>
      </w:tr>
      <w:tr w:rsidR="001C6121" w:rsidRPr="00482612" w14:paraId="3FAC278E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A6EC387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Flask 7 oz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64FCA04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E05C93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$8.50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F05A4BE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$8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68DCB5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$7.50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8BF8D6B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$7</w:t>
            </w:r>
          </w:p>
        </w:tc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7A12B85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color w:val="1F2937"/>
                <w:sz w:val="16"/>
                <w:szCs w:val="16"/>
              </w:rPr>
              <w:t>$12-$15</w:t>
            </w:r>
          </w:p>
        </w:tc>
      </w:tr>
    </w:tbl>
    <w:p w14:paraId="4A76392B" w14:textId="77777777" w:rsidR="001C6121" w:rsidRPr="00482612" w:rsidRDefault="001C6121">
      <w:pPr>
        <w:spacing w:line="80" w:lineRule="exact"/>
        <w:rPr>
          <w:sz w:val="18"/>
          <w:szCs w:val="24"/>
        </w:rPr>
      </w:pPr>
    </w:p>
    <w:tbl>
      <w:tblPr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10872"/>
      </w:tblGrid>
      <w:tr w:rsidR="001C6121" w:rsidRPr="00482612" w14:paraId="14C5B98F" w14:textId="77777777" w:rsidTr="009754B2">
        <w:trPr>
          <w:cantSplit/>
          <w:jc w:val="center"/>
        </w:trPr>
        <w:tc>
          <w:tcPr>
            <w:tcW w:w="1087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0B1026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47C0482" w14:textId="77777777" w:rsidR="001C6121" w:rsidRPr="00482612" w:rsidRDefault="00975D18">
            <w:pPr>
              <w:spacing w:line="240" w:lineRule="auto"/>
              <w:jc w:val="center"/>
              <w:rPr>
                <w:sz w:val="18"/>
                <w:szCs w:val="24"/>
              </w:rPr>
            </w:pPr>
            <w:r w:rsidRPr="00482612">
              <w:rPr>
                <w:b/>
                <w:color w:val="FFFFFF"/>
                <w:sz w:val="18"/>
              </w:rPr>
              <w:t>20 OZ BASE STYLES</w:t>
            </w:r>
          </w:p>
        </w:tc>
      </w:tr>
      <w:tr w:rsidR="001C6121" w:rsidRPr="00F93E70" w14:paraId="585058DA" w14:textId="77777777" w:rsidTr="009754B2">
        <w:trPr>
          <w:cantSplit/>
          <w:jc w:val="center"/>
        </w:trPr>
        <w:tc>
          <w:tcPr>
            <w:tcW w:w="1087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06C5D9F" w14:textId="77777777" w:rsidR="001C6121" w:rsidRPr="00F93E70" w:rsidRDefault="00975D18">
            <w:pPr>
              <w:spacing w:line="240" w:lineRule="auto"/>
              <w:rPr>
                <w:sz w:val="16"/>
                <w:szCs w:val="16"/>
              </w:rPr>
            </w:pPr>
            <w:r w:rsidRPr="00F93E70">
              <w:rPr>
                <w:color w:val="1F2937"/>
                <w:sz w:val="16"/>
                <w:szCs w:val="16"/>
              </w:rPr>
              <w:t>*One line item covers basic, stainless steel, glitter, neon, and glow-in-the-dark 20 oz tumblers.</w:t>
            </w:r>
          </w:p>
        </w:tc>
      </w:tr>
      <w:tr w:rsidR="009754B2" w:rsidRPr="00F93E70" w14:paraId="0BE257A1" w14:textId="77777777" w:rsidTr="009754B2">
        <w:trPr>
          <w:cantSplit/>
          <w:jc w:val="center"/>
        </w:trPr>
        <w:tc>
          <w:tcPr>
            <w:tcW w:w="1087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2ECA77E" w14:textId="6036371F" w:rsidR="009754B2" w:rsidRPr="00F93E70" w:rsidRDefault="00261D05">
            <w:pPr>
              <w:spacing w:line="240" w:lineRule="auto"/>
              <w:rPr>
                <w:color w:val="1F2937"/>
                <w:sz w:val="16"/>
                <w:szCs w:val="16"/>
              </w:rPr>
            </w:pPr>
            <w:r w:rsidRPr="00F93E70">
              <w:rPr>
                <w:color w:val="1F2937"/>
                <w:sz w:val="16"/>
                <w:szCs w:val="16"/>
              </w:rPr>
              <w:t>*</w:t>
            </w:r>
            <w:r w:rsidR="00287B60" w:rsidRPr="00F93E70">
              <w:rPr>
                <w:color w:val="1F2937"/>
                <w:sz w:val="16"/>
                <w:szCs w:val="16"/>
              </w:rPr>
              <w:t>Available top colors include blue, black, gray, and pink. Colors are subject to supplier availability, which may affect turnaround time.</w:t>
            </w:r>
          </w:p>
        </w:tc>
      </w:tr>
    </w:tbl>
    <w:p w14:paraId="4796797B" w14:textId="77777777" w:rsidR="00845321" w:rsidRPr="00F93E70" w:rsidRDefault="00845321">
      <w:pPr>
        <w:keepNext/>
        <w:spacing w:after="140"/>
        <w:jc w:val="center"/>
        <w:rPr>
          <w:color w:val="4B5563"/>
          <w:sz w:val="2"/>
          <w:szCs w:val="2"/>
        </w:rPr>
      </w:pPr>
    </w:p>
    <w:p w14:paraId="1FA506BE" w14:textId="58C2E34A" w:rsidR="001C6121" w:rsidRPr="00F93E70" w:rsidRDefault="00975D18">
      <w:pPr>
        <w:keepNext/>
        <w:spacing w:after="140"/>
        <w:jc w:val="center"/>
        <w:rPr>
          <w:sz w:val="16"/>
          <w:szCs w:val="16"/>
        </w:rPr>
      </w:pPr>
      <w:r w:rsidRPr="00F93E70">
        <w:rPr>
          <w:color w:val="4B5563"/>
          <w:sz w:val="16"/>
          <w:szCs w:val="16"/>
        </w:rPr>
        <w:t>Selected non-drinkware products available for resale using the same 3 / 6 / 15 / 25+ quantity breaks.</w:t>
      </w:r>
    </w:p>
    <w:tbl>
      <w:tblPr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3698"/>
        <w:gridCol w:w="1044"/>
        <w:gridCol w:w="1043"/>
        <w:gridCol w:w="1043"/>
        <w:gridCol w:w="1043"/>
        <w:gridCol w:w="1043"/>
        <w:gridCol w:w="1958"/>
      </w:tblGrid>
      <w:tr w:rsidR="001C6121" w14:paraId="41F24041" w14:textId="77777777">
        <w:trPr>
          <w:cantSplit/>
          <w:jc w:val="center"/>
        </w:trPr>
        <w:tc>
          <w:tcPr>
            <w:tcW w:w="10795" w:type="dxa"/>
            <w:gridSpan w:val="7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0B1026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BEC4B8C" w14:textId="77777777" w:rsidR="00530513" w:rsidRPr="005409A4" w:rsidRDefault="00975D18">
            <w:pPr>
              <w:spacing w:line="240" w:lineRule="auto"/>
              <w:jc w:val="center"/>
              <w:rPr>
                <w:b/>
                <w:color w:val="FFFFFF"/>
                <w:sz w:val="18"/>
              </w:rPr>
            </w:pPr>
            <w:r w:rsidRPr="005409A4">
              <w:rPr>
                <w:b/>
                <w:color w:val="FFFFFF"/>
                <w:sz w:val="18"/>
              </w:rPr>
              <w:t>GIFT, SIGN &amp; PET RESELLER TIERS</w:t>
            </w:r>
          </w:p>
        </w:tc>
      </w:tr>
      <w:tr w:rsidR="001C6121" w14:paraId="5C374CF6" w14:textId="77777777">
        <w:trPr>
          <w:cantSplit/>
          <w:tblHeader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31B187E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b/>
                <w:color w:val="1F2937"/>
                <w:sz w:val="16"/>
                <w:szCs w:val="16"/>
              </w:rPr>
              <w:t>Item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1878380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b/>
                <w:color w:val="1F2937"/>
                <w:sz w:val="16"/>
                <w:szCs w:val="16"/>
              </w:rPr>
              <w:t>CVD Retail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6CC844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b/>
                <w:color w:val="1F2937"/>
                <w:sz w:val="16"/>
                <w:szCs w:val="16"/>
              </w:rPr>
              <w:t>3-5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EFBECF7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b/>
                <w:color w:val="1F2937"/>
                <w:sz w:val="16"/>
                <w:szCs w:val="16"/>
              </w:rPr>
              <w:t>6-14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1BE90A7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b/>
                <w:color w:val="1F2937"/>
                <w:sz w:val="16"/>
                <w:szCs w:val="16"/>
              </w:rPr>
              <w:t>15-24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6C0371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b/>
                <w:color w:val="1F2937"/>
                <w:sz w:val="16"/>
                <w:szCs w:val="16"/>
              </w:rPr>
              <w:t>25+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70EB185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b/>
                <w:color w:val="1F2937"/>
                <w:sz w:val="16"/>
                <w:szCs w:val="16"/>
              </w:rPr>
              <w:t>Suggested Resale</w:t>
            </w:r>
          </w:p>
        </w:tc>
      </w:tr>
      <w:tr w:rsidR="001C6121" w14:paraId="6B7C3ED4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9BD037A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Golf Towel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33B0FB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$8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BD7131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$6.50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503F58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$6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3EF3845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$5.50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B4E596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$5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7C88FF2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$10-$14</w:t>
            </w:r>
          </w:p>
        </w:tc>
      </w:tr>
      <w:tr w:rsidR="001C6121" w14:paraId="45696660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447145A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Badge Reel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5E48795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$6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B320C2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$4.25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A09611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4DF04FB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$3.75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ACEBF30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$3.50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8898281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$8-$10</w:t>
            </w:r>
          </w:p>
        </w:tc>
      </w:tr>
      <w:tr w:rsidR="001C6121" w14:paraId="3E73F227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E60888C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License Plate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8633C1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20571BC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$7.50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5E90D4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$7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8AFC17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$6.50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99E26E2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$6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346837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$14-$18</w:t>
            </w:r>
          </w:p>
        </w:tc>
      </w:tr>
      <w:tr w:rsidR="001C6121" w14:paraId="6CE14408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32E647D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Dog Tag Necklace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5D1FDB5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3FECA9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$3.75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0AFDC4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5A25135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$3.25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F1227C2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68C1E95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$8-$10</w:t>
            </w:r>
          </w:p>
        </w:tc>
      </w:tr>
      <w:tr w:rsidR="001C6121" w14:paraId="704E2261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87E238D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Drawstring Bag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A26C7D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$9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CCE5BD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$7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3A689B1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$6.50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6FD40C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$6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CAB580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$5.50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45CEBCB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$12-$16</w:t>
            </w:r>
          </w:p>
        </w:tc>
      </w:tr>
      <w:tr w:rsidR="001C6121" w14:paraId="13546A4A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BCEB020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Bookmark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3478C40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$2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ADC37CF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$1.25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D55E1C3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$1.10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2C2AD11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17613A3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$0.90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9DBF902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$3-$5</w:t>
            </w:r>
          </w:p>
        </w:tc>
      </w:tr>
      <w:tr w:rsidR="001C6121" w14:paraId="40C31144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6EC9351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Metal Sign 5x5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CDC7010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FC4121E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$4.25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FF7EFEC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5BC2792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$3.75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E46E92C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$3.50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16C34B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$8-$10</w:t>
            </w:r>
          </w:p>
        </w:tc>
      </w:tr>
      <w:tr w:rsidR="001C6121" w14:paraId="6B515830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F2F5AE0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Metal Sign 4x6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6BE09A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38565E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$4.25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FA35EC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$4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977EEE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$3.75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915025C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$3.50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608799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$8-$10</w:t>
            </w:r>
          </w:p>
        </w:tc>
      </w:tr>
      <w:tr w:rsidR="001C6121" w14:paraId="699B12C7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E2D3433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Metal Sign 8x12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738780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C613C72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$12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958B914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$11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BC1220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B43912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$9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A2475D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$20-$25</w:t>
            </w:r>
          </w:p>
        </w:tc>
      </w:tr>
      <w:tr w:rsidR="001C6121" w14:paraId="0105AD03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3CA59F5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Door Sign 10 in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4E9C81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7AE347C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$7.50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12044F4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$7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E01F831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$6.50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C9B4871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$6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C36F7C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$14-$18</w:t>
            </w:r>
          </w:p>
        </w:tc>
      </w:tr>
      <w:tr w:rsidR="001C6121" w14:paraId="2BF91C4D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3CCA09A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Dog Bandana - Tie Around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C3A11D4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$3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ACAE2B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$2.50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4681AC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$2.25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8D8737A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$2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2D2DCB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$1.75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E6A710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$5-$7</w:t>
            </w:r>
          </w:p>
        </w:tc>
      </w:tr>
      <w:tr w:rsidR="001C6121" w14:paraId="34367F9D" w14:textId="77777777">
        <w:trPr>
          <w:cantSplit/>
          <w:jc w:val="center"/>
        </w:trPr>
        <w:tc>
          <w:tcPr>
            <w:tcW w:w="3671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47F3937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Dog Collar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FC2CFBF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$8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FA880EB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$6.75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E66897E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$6.25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EB5839B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$5.75</w:t>
            </w:r>
          </w:p>
        </w:tc>
        <w:tc>
          <w:tcPr>
            <w:tcW w:w="103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486D38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$5.25</w:t>
            </w:r>
          </w:p>
        </w:tc>
        <w:tc>
          <w:tcPr>
            <w:tcW w:w="19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36DFCEC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$12-$15</w:t>
            </w:r>
          </w:p>
        </w:tc>
      </w:tr>
      <w:tr w:rsidR="00530513" w14:paraId="4F8DC8B8" w14:textId="77777777">
        <w:trPr>
          <w:jc w:val="center"/>
        </w:trPr>
        <w:tc>
          <w:tcPr>
            <w:tcW w:w="369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D8CAE84" w14:textId="77777777" w:rsidR="00530513" w:rsidRPr="005409A4" w:rsidRDefault="00975D18">
            <w:pPr>
              <w:spacing w:line="240" w:lineRule="auto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Bandana Dog Collar</w:t>
            </w:r>
          </w:p>
        </w:tc>
        <w:tc>
          <w:tcPr>
            <w:tcW w:w="104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90FF46B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$12</w:t>
            </w:r>
          </w:p>
        </w:tc>
        <w:tc>
          <w:tcPr>
            <w:tcW w:w="104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4206718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$10</w:t>
            </w:r>
          </w:p>
        </w:tc>
        <w:tc>
          <w:tcPr>
            <w:tcW w:w="104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A1FBC5D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$9.25</w:t>
            </w:r>
          </w:p>
        </w:tc>
        <w:tc>
          <w:tcPr>
            <w:tcW w:w="104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E8A21E9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$8.50</w:t>
            </w:r>
          </w:p>
        </w:tc>
        <w:tc>
          <w:tcPr>
            <w:tcW w:w="104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443D796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$8</w:t>
            </w:r>
          </w:p>
        </w:tc>
        <w:tc>
          <w:tcPr>
            <w:tcW w:w="195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9B27DB7" w14:textId="77777777" w:rsidR="00530513" w:rsidRPr="005409A4" w:rsidRDefault="00975D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09A4">
              <w:rPr>
                <w:rFonts w:ascii="Arial" w:hAnsi="Arial"/>
                <w:color w:val="1F2937"/>
                <w:sz w:val="16"/>
                <w:szCs w:val="16"/>
              </w:rPr>
              <w:t>$16-$20</w:t>
            </w:r>
          </w:p>
        </w:tc>
      </w:tr>
    </w:tbl>
    <w:p w14:paraId="29CA82FA" w14:textId="77777777" w:rsidR="001C6121" w:rsidRDefault="001C6121">
      <w:pPr>
        <w:spacing w:line="80" w:lineRule="exact"/>
      </w:pPr>
    </w:p>
    <w:tbl>
      <w:tblPr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1812"/>
        <w:gridCol w:w="9060"/>
      </w:tblGrid>
      <w:tr w:rsidR="001C6121" w14:paraId="42058110" w14:textId="77777777">
        <w:trPr>
          <w:cantSplit/>
          <w:jc w:val="center"/>
        </w:trPr>
        <w:tc>
          <w:tcPr>
            <w:tcW w:w="10800" w:type="dxa"/>
            <w:gridSpan w:val="2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0B1026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D5A22C6" w14:textId="77777777" w:rsidR="00530513" w:rsidRDefault="00975D18">
            <w:pPr>
              <w:spacing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RESELLER PRICING NOTES &amp; ORDER POLICIES</w:t>
            </w:r>
          </w:p>
        </w:tc>
      </w:tr>
      <w:tr w:rsidR="001C6121" w14:paraId="64256880" w14:textId="77777777">
        <w:trPr>
          <w:cantSplit/>
          <w:tblHeader/>
          <w:jc w:val="center"/>
        </w:trPr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5F4B6EF" w14:textId="77777777" w:rsidR="00530513" w:rsidRDefault="00975D18">
            <w:pPr>
              <w:spacing w:line="240" w:lineRule="auto"/>
              <w:jc w:val="center"/>
            </w:pPr>
            <w:r>
              <w:rPr>
                <w:rFonts w:ascii="Arial" w:hAnsi="Arial"/>
                <w:b/>
                <w:color w:val="1F2937"/>
                <w:sz w:val="16"/>
              </w:rPr>
              <w:t>Policy</w:t>
            </w:r>
          </w:p>
        </w:tc>
        <w:tc>
          <w:tcPr>
            <w:tcW w:w="9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CE7F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81AC0B9" w14:textId="77777777" w:rsidR="00530513" w:rsidRDefault="00975D18">
            <w:pPr>
              <w:spacing w:line="240" w:lineRule="auto"/>
              <w:jc w:val="center"/>
            </w:pPr>
            <w:r>
              <w:rPr>
                <w:rFonts w:ascii="Arial" w:hAnsi="Arial"/>
                <w:b/>
                <w:color w:val="1F2937"/>
                <w:sz w:val="16"/>
              </w:rPr>
              <w:t>Details</w:t>
            </w:r>
          </w:p>
        </w:tc>
      </w:tr>
      <w:tr w:rsidR="001C6121" w14:paraId="6A31EEB9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5604124" w14:textId="77777777" w:rsidR="00530513" w:rsidRPr="00F93E70" w:rsidRDefault="00975D18">
            <w:pPr>
              <w:spacing w:line="240" w:lineRule="auto"/>
              <w:rPr>
                <w:b/>
                <w:bCs/>
              </w:rPr>
            </w:pPr>
            <w:r w:rsidRPr="00F93E70">
              <w:rPr>
                <w:rFonts w:ascii="Arial" w:hAnsi="Arial"/>
                <w:b/>
                <w:bCs/>
                <w:color w:val="1F2937"/>
                <w:sz w:val="14"/>
              </w:rPr>
              <w:t>Use &amp; resale</w:t>
            </w:r>
          </w:p>
        </w:tc>
        <w:tc>
          <w:tcPr>
            <w:tcW w:w="9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8AFC3F0" w14:textId="77777777" w:rsidR="00530513" w:rsidRDefault="00975D18">
            <w:pPr>
              <w:spacing w:line="240" w:lineRule="auto"/>
              <w:jc w:val="center"/>
            </w:pPr>
            <w:r>
              <w:rPr>
                <w:rFonts w:ascii="Arial" w:hAnsi="Arial"/>
                <w:color w:val="1F2937"/>
                <w:sz w:val="14"/>
              </w:rPr>
              <w:t>Reseller pricing is for finished products purchased to sell again. Suggested resale ranges are guidance only and assume a finished sublimation design.</w:t>
            </w:r>
          </w:p>
        </w:tc>
      </w:tr>
      <w:tr w:rsidR="001C6121" w14:paraId="00A8B2EC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9FCC16E" w14:textId="77777777" w:rsidR="00530513" w:rsidRPr="00F93E70" w:rsidRDefault="00975D18">
            <w:pPr>
              <w:spacing w:line="240" w:lineRule="auto"/>
              <w:rPr>
                <w:b/>
                <w:bCs/>
              </w:rPr>
            </w:pPr>
            <w:r w:rsidRPr="00F93E70">
              <w:rPr>
                <w:rFonts w:ascii="Arial" w:hAnsi="Arial"/>
                <w:b/>
                <w:bCs/>
                <w:color w:val="1F2937"/>
                <w:sz w:val="14"/>
              </w:rPr>
              <w:t>Minimum</w:t>
            </w:r>
          </w:p>
        </w:tc>
        <w:tc>
          <w:tcPr>
            <w:tcW w:w="9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0955A86" w14:textId="77777777" w:rsidR="00530513" w:rsidRDefault="00975D18">
            <w:pPr>
              <w:spacing w:line="240" w:lineRule="auto"/>
              <w:jc w:val="center"/>
            </w:pPr>
            <w:r>
              <w:rPr>
                <w:rFonts w:ascii="Arial" w:hAnsi="Arial"/>
                <w:color w:val="1F2937"/>
                <w:sz w:val="14"/>
              </w:rPr>
              <w:t>Pricing starts at 3 of the same product style. Quantity breaks are 3-5, 6-14, 15-24, and 25+.</w:t>
            </w:r>
          </w:p>
        </w:tc>
      </w:tr>
      <w:tr w:rsidR="001C6121" w14:paraId="2686ECBE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CBE9E0C" w14:textId="77777777" w:rsidR="00530513" w:rsidRPr="00F93E70" w:rsidRDefault="00975D18">
            <w:pPr>
              <w:spacing w:line="240" w:lineRule="auto"/>
              <w:rPr>
                <w:b/>
                <w:bCs/>
              </w:rPr>
            </w:pPr>
            <w:r w:rsidRPr="00F93E70">
              <w:rPr>
                <w:rFonts w:ascii="Arial" w:hAnsi="Arial"/>
                <w:b/>
                <w:bCs/>
                <w:color w:val="1F2937"/>
                <w:sz w:val="14"/>
              </w:rPr>
              <w:t>Tier basis</w:t>
            </w:r>
          </w:p>
        </w:tc>
        <w:tc>
          <w:tcPr>
            <w:tcW w:w="9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7C20441" w14:textId="77777777" w:rsidR="00530513" w:rsidRDefault="00975D18">
            <w:pPr>
              <w:spacing w:line="240" w:lineRule="auto"/>
              <w:jc w:val="center"/>
            </w:pPr>
            <w:r>
              <w:rPr>
                <w:rFonts w:ascii="Arial" w:hAnsi="Arial"/>
                <w:color w:val="1F2937"/>
                <w:sz w:val="14"/>
              </w:rPr>
              <w:t>Each tier is based on the quantity of one product style. Different sizes or product types do not combine automatically to reach a higher tier.</w:t>
            </w:r>
          </w:p>
        </w:tc>
      </w:tr>
      <w:tr w:rsidR="001C6121" w14:paraId="48066AD0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92A1FE8" w14:textId="77777777" w:rsidR="00530513" w:rsidRPr="00F93E70" w:rsidRDefault="00975D18">
            <w:pPr>
              <w:spacing w:line="240" w:lineRule="auto"/>
              <w:rPr>
                <w:b/>
                <w:bCs/>
              </w:rPr>
            </w:pPr>
            <w:r w:rsidRPr="00F93E70">
              <w:rPr>
                <w:rFonts w:ascii="Arial" w:hAnsi="Arial"/>
                <w:b/>
                <w:bCs/>
                <w:color w:val="1F2937"/>
                <w:sz w:val="14"/>
              </w:rPr>
              <w:t>Design setup</w:t>
            </w:r>
          </w:p>
        </w:tc>
        <w:tc>
          <w:tcPr>
            <w:tcW w:w="9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016EF82" w14:textId="77777777" w:rsidR="00530513" w:rsidRDefault="00975D18">
            <w:pPr>
              <w:spacing w:line="240" w:lineRule="auto"/>
              <w:jc w:val="center"/>
            </w:pPr>
            <w:r>
              <w:rPr>
                <w:rFonts w:ascii="Arial" w:hAnsi="Arial"/>
                <w:color w:val="1F2937"/>
                <w:sz w:val="14"/>
              </w:rPr>
              <w:t>One main design is included per product batch. Mixed designs, personalized names, upgraded packaging, specialty artwork, or major logo cleanup may be quoted separately.</w:t>
            </w:r>
          </w:p>
        </w:tc>
      </w:tr>
      <w:tr w:rsidR="001C6121" w14:paraId="750CE1E3" w14:textId="77777777">
        <w:trPr>
          <w:cantSplit/>
          <w:jc w:val="center"/>
        </w:trPr>
        <w:tc>
          <w:tcPr>
            <w:tcW w:w="18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AEF1B1A" w14:textId="77777777" w:rsidR="00530513" w:rsidRPr="00F93E70" w:rsidRDefault="00975D18">
            <w:pPr>
              <w:spacing w:line="240" w:lineRule="auto"/>
              <w:rPr>
                <w:b/>
                <w:bCs/>
              </w:rPr>
            </w:pPr>
            <w:r w:rsidRPr="00F93E70">
              <w:rPr>
                <w:rFonts w:ascii="Arial" w:hAnsi="Arial"/>
                <w:b/>
                <w:bCs/>
                <w:color w:val="1F2937"/>
                <w:sz w:val="14"/>
              </w:rPr>
              <w:t>Deposit</w:t>
            </w:r>
          </w:p>
        </w:tc>
        <w:tc>
          <w:tcPr>
            <w:tcW w:w="90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9FAFB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1EF9C39" w14:textId="77777777" w:rsidR="00530513" w:rsidRDefault="00975D18">
            <w:pPr>
              <w:spacing w:line="240" w:lineRule="auto"/>
              <w:jc w:val="center"/>
            </w:pPr>
            <w:r>
              <w:rPr>
                <w:rFonts w:ascii="Arial" w:hAnsi="Arial"/>
                <w:color w:val="1F2937"/>
                <w:sz w:val="14"/>
              </w:rPr>
              <w:t>A 50% deposit is due before supplies are ordered or production begins. Large or specialty orders may require the full blank cost upfront.</w:t>
            </w:r>
          </w:p>
        </w:tc>
      </w:tr>
      <w:tr w:rsidR="00530513" w14:paraId="3EA150BE" w14:textId="77777777">
        <w:trPr>
          <w:jc w:val="center"/>
        </w:trPr>
        <w:tc>
          <w:tcPr>
            <w:tcW w:w="181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0490024" w14:textId="77777777" w:rsidR="00530513" w:rsidRPr="00F93E70" w:rsidRDefault="00975D18">
            <w:pPr>
              <w:spacing w:line="240" w:lineRule="auto"/>
              <w:rPr>
                <w:b/>
                <w:bCs/>
              </w:rPr>
            </w:pPr>
            <w:r w:rsidRPr="00F93E70">
              <w:rPr>
                <w:rFonts w:ascii="Arial" w:hAnsi="Arial"/>
                <w:b/>
                <w:bCs/>
                <w:color w:val="1F2937"/>
                <w:sz w:val="14"/>
              </w:rPr>
              <w:t>Approval</w:t>
            </w:r>
          </w:p>
        </w:tc>
        <w:tc>
          <w:tcPr>
            <w:tcW w:w="906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B9718DB" w14:textId="77777777" w:rsidR="00530513" w:rsidRDefault="00975D18">
            <w:pPr>
              <w:spacing w:line="240" w:lineRule="auto"/>
              <w:jc w:val="center"/>
            </w:pPr>
            <w:r>
              <w:rPr>
                <w:rFonts w:ascii="Arial" w:hAnsi="Arial"/>
                <w:color w:val="1F2937"/>
                <w:sz w:val="14"/>
              </w:rPr>
              <w:t>Customer approval is required before pressing. Custom items are final sale once approved and produced.</w:t>
            </w:r>
          </w:p>
        </w:tc>
      </w:tr>
      <w:tr w:rsidR="00530513" w14:paraId="4BD963EC" w14:textId="77777777">
        <w:trPr>
          <w:jc w:val="center"/>
        </w:trPr>
        <w:tc>
          <w:tcPr>
            <w:tcW w:w="181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DA3604E" w14:textId="77777777" w:rsidR="00530513" w:rsidRPr="00F93E70" w:rsidRDefault="00975D18">
            <w:pPr>
              <w:spacing w:line="240" w:lineRule="auto"/>
              <w:rPr>
                <w:b/>
                <w:bCs/>
              </w:rPr>
            </w:pPr>
            <w:r w:rsidRPr="00F93E70">
              <w:rPr>
                <w:rFonts w:ascii="Arial" w:hAnsi="Arial"/>
                <w:b/>
                <w:bCs/>
                <w:color w:val="1F2937"/>
                <w:sz w:val="14"/>
              </w:rPr>
              <w:t>Shipping &amp; quote</w:t>
            </w:r>
          </w:p>
        </w:tc>
        <w:tc>
          <w:tcPr>
            <w:tcW w:w="906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FB27258" w14:textId="77777777" w:rsidR="00530513" w:rsidRDefault="00975D18">
            <w:pPr>
              <w:spacing w:line="240" w:lineRule="auto"/>
              <w:jc w:val="center"/>
            </w:pPr>
            <w:r>
              <w:rPr>
                <w:rFonts w:ascii="Arial" w:hAnsi="Arial"/>
                <w:color w:val="1F2937"/>
                <w:sz w:val="14"/>
              </w:rPr>
              <w:t>Shipping or delivery is added when applicable. Blank pricing and availability can change, so final pricing is confirmed before the order is accepted.</w:t>
            </w:r>
          </w:p>
        </w:tc>
      </w:tr>
    </w:tbl>
    <w:p w14:paraId="7D6CF902" w14:textId="77777777" w:rsidR="006409C2" w:rsidRDefault="006409C2" w:rsidP="00AA7AC8"/>
    <w:sectPr w:rsidR="006409C2" w:rsidSect="00034616">
      <w:footerReference w:type="default" r:id="rId8"/>
      <w:pgSz w:w="12240" w:h="15840"/>
      <w:pgMar w:top="490" w:right="648" w:bottom="605" w:left="648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F8CE0" w14:textId="77777777" w:rsidR="0017638A" w:rsidRDefault="0017638A">
      <w:pPr>
        <w:spacing w:line="240" w:lineRule="auto"/>
      </w:pPr>
      <w:r>
        <w:separator/>
      </w:r>
    </w:p>
  </w:endnote>
  <w:endnote w:type="continuationSeparator" w:id="0">
    <w:p w14:paraId="50037612" w14:textId="77777777" w:rsidR="0017638A" w:rsidRDefault="001763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4E692" w14:textId="77777777" w:rsidR="001C6121" w:rsidRDefault="00975D18">
    <w:pPr>
      <w:pStyle w:val="Footer"/>
      <w:jc w:val="center"/>
    </w:pPr>
    <w:r>
      <w:rPr>
        <w:color w:val="6B7280"/>
        <w:sz w:val="14"/>
      </w:rPr>
      <w:t xml:space="preserve">Crafty Veteran </w:t>
    </w:r>
    <w:proofErr w:type="gramStart"/>
    <w:r>
      <w:rPr>
        <w:color w:val="6B7280"/>
        <w:sz w:val="14"/>
      </w:rPr>
      <w:t>Designs  |</w:t>
    </w:r>
    <w:proofErr w:type="gramEnd"/>
    <w:r>
      <w:rPr>
        <w:color w:val="6B7280"/>
        <w:sz w:val="14"/>
      </w:rPr>
      <w:t xml:space="preserve">  Prices are starting points and may change with blank cost, artwork, and order details.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C76D4" w14:textId="77777777" w:rsidR="0017638A" w:rsidRDefault="0017638A">
      <w:pPr>
        <w:spacing w:line="240" w:lineRule="auto"/>
      </w:pPr>
      <w:r>
        <w:separator/>
      </w:r>
    </w:p>
  </w:footnote>
  <w:footnote w:type="continuationSeparator" w:id="0">
    <w:p w14:paraId="14B880AD" w14:textId="77777777" w:rsidR="0017638A" w:rsidRDefault="001763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6307981">
    <w:abstractNumId w:val="8"/>
  </w:num>
  <w:num w:numId="2" w16cid:durableId="1856845890">
    <w:abstractNumId w:val="6"/>
  </w:num>
  <w:num w:numId="3" w16cid:durableId="1988851444">
    <w:abstractNumId w:val="5"/>
  </w:num>
  <w:num w:numId="4" w16cid:durableId="1031343948">
    <w:abstractNumId w:val="4"/>
  </w:num>
  <w:num w:numId="5" w16cid:durableId="1374191159">
    <w:abstractNumId w:val="7"/>
  </w:num>
  <w:num w:numId="6" w16cid:durableId="1612785814">
    <w:abstractNumId w:val="3"/>
  </w:num>
  <w:num w:numId="7" w16cid:durableId="64379332">
    <w:abstractNumId w:val="2"/>
  </w:num>
  <w:num w:numId="8" w16cid:durableId="586579008">
    <w:abstractNumId w:val="1"/>
  </w:num>
  <w:num w:numId="9" w16cid:durableId="861943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C67"/>
    <w:rsid w:val="000E326E"/>
    <w:rsid w:val="0015074B"/>
    <w:rsid w:val="0017638A"/>
    <w:rsid w:val="001B7BDB"/>
    <w:rsid w:val="001C6121"/>
    <w:rsid w:val="001E5FFB"/>
    <w:rsid w:val="001F1214"/>
    <w:rsid w:val="00224349"/>
    <w:rsid w:val="00241A87"/>
    <w:rsid w:val="00261D05"/>
    <w:rsid w:val="00287B60"/>
    <w:rsid w:val="0029639D"/>
    <w:rsid w:val="002A7BEC"/>
    <w:rsid w:val="00326F90"/>
    <w:rsid w:val="00335EA9"/>
    <w:rsid w:val="00364394"/>
    <w:rsid w:val="003C152B"/>
    <w:rsid w:val="003E29E0"/>
    <w:rsid w:val="003E787E"/>
    <w:rsid w:val="00413434"/>
    <w:rsid w:val="0047204F"/>
    <w:rsid w:val="0048149F"/>
    <w:rsid w:val="00482612"/>
    <w:rsid w:val="004D07E0"/>
    <w:rsid w:val="004D4D3F"/>
    <w:rsid w:val="004E66BA"/>
    <w:rsid w:val="005071EF"/>
    <w:rsid w:val="00530513"/>
    <w:rsid w:val="0053384D"/>
    <w:rsid w:val="005369D5"/>
    <w:rsid w:val="005409A4"/>
    <w:rsid w:val="00561B79"/>
    <w:rsid w:val="005649C0"/>
    <w:rsid w:val="00573E3A"/>
    <w:rsid w:val="005B4398"/>
    <w:rsid w:val="005C42A0"/>
    <w:rsid w:val="006409C2"/>
    <w:rsid w:val="00717AB1"/>
    <w:rsid w:val="00772A59"/>
    <w:rsid w:val="00841BBD"/>
    <w:rsid w:val="00845321"/>
    <w:rsid w:val="00872CBC"/>
    <w:rsid w:val="00883666"/>
    <w:rsid w:val="00892A9E"/>
    <w:rsid w:val="008F33EF"/>
    <w:rsid w:val="00937F53"/>
    <w:rsid w:val="009577A4"/>
    <w:rsid w:val="009754B2"/>
    <w:rsid w:val="00975D18"/>
    <w:rsid w:val="009C091C"/>
    <w:rsid w:val="00A40CC0"/>
    <w:rsid w:val="00AA1D8D"/>
    <w:rsid w:val="00AA7AC8"/>
    <w:rsid w:val="00AB7D8C"/>
    <w:rsid w:val="00AC4DF4"/>
    <w:rsid w:val="00AD5F47"/>
    <w:rsid w:val="00B47730"/>
    <w:rsid w:val="00C064B5"/>
    <w:rsid w:val="00C7081A"/>
    <w:rsid w:val="00C716A9"/>
    <w:rsid w:val="00CB0664"/>
    <w:rsid w:val="00CF1BDD"/>
    <w:rsid w:val="00D15580"/>
    <w:rsid w:val="00D330DB"/>
    <w:rsid w:val="00D3439B"/>
    <w:rsid w:val="00D528F5"/>
    <w:rsid w:val="00E30F55"/>
    <w:rsid w:val="00EE1557"/>
    <w:rsid w:val="00F0138F"/>
    <w:rsid w:val="00F15917"/>
    <w:rsid w:val="00F93E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9BAB266-DAB9-4A18-BABE-0749A137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F53"/>
    <w:pPr>
      <w:spacing w:after="0"/>
    </w:pPr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Crafty Veteran Designs Complete Pricing Guide</dc:title>
  <dc:subject>Retail, vendor show, business/community, and reseller pricing</dc:subject>
  <dc:creator>Crafty Veteran Designs</dc:creator>
  <cp:keywords>Crafty Veteran Designs, retail, reseller, vendor show, bulk, pricing</cp:keywords>
  <dc:description>generated by python-docx</dc:description>
  <cp:lastModifiedBy>Anna Klitz</cp:lastModifiedBy>
  <cp:revision>8</cp:revision>
  <dcterms:created xsi:type="dcterms:W3CDTF">2026-07-17T04:46:00Z</dcterms:created>
  <dcterms:modified xsi:type="dcterms:W3CDTF">2026-07-17T04:56:00Z</dcterms:modified>
  <cp:category/>
</cp:coreProperties>
</file>